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513406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ételi szándéknyilatkoza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3406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