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6513406" cy="9770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TN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13406" cy="977011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