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901940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glaló átadás-átvételi nyilatkoza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01940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