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6513406" cy="977011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atkezelési nyilatkoza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13406" cy="977011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227" w:right="227" w:bottom="227" w:left="22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